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35F38"/>
          <w:sz w:val="18"/>
        </w:rPr>
        <w:t>C-01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0394A"/>
          <w:sz w:val="52"/>
        </w:rPr>
        <w:t>AIDE-MÉMOIRE</w:t>
      </w:r>
    </w:p>
    <w:p>
      <w:r>
        <w:rPr>
          <w:rFonts w:ascii="Arial" w:hAnsi="Arial"/>
          <w:b/>
          <w:i w:val="0"/>
          <w:color w:val="526D61"/>
          <w:sz w:val="26"/>
        </w:rPr>
        <w:t>Qualifier une référence sans dépasser la preuve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5 fiches opérationnelles | usage numérique ou imprimé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283200"/>
            <wp:docPr id="1" name="Picture 1" descr="Chaîne horizontale en six maillons : produit, performance, exigence, usage, mise en œuvre et contrôle. Chaque maillon exige une preuve distinc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3__chaine-produit-ouvra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28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Chaîne horizontale en six maillons : produit, performance, exigence, usage, mise en œuvre et contrôle. Chaque maillon exige une preuve distincte.</w:t>
      </w:r>
    </w:p>
    <w:p>
      <w:r>
        <w:rPr>
          <w:rFonts w:ascii="Arial" w:hAnsi="Arial"/>
          <w:b w:val="0"/>
          <w:i/>
          <w:color w:val="252B2F"/>
          <w:sz w:val="22"/>
        </w:rPr>
        <w:t>Transformer une référence vague en une fiche datée, bornée et contrôlable, sans reconstruire une clause protégée ni attribuer à un document une portée qu'il ne démontre pas.</w:t>
      </w:r>
    </w:p>
    <w:p>
      <w:pPr>
        <w:pStyle w:val="Heading1"/>
      </w:pPr>
      <w:r>
        <w:t>1 - Nommer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Famille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texte public, norme, contrat, produit, évaluation ou guide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Auteur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qui publie et sous quelle compétence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 que le document peut réellement démontrer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680000" cy="2808000"/>
            <wp:docPr id="2" name="Picture 2" descr="Carte des cinq producteurs de documents : autorité publique, normalisation, contrat, fabricant et évaluation. Pour chacun, la carte associe la famille de document et la preuve util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1__carte-autorites-preuve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0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Carte des cinq producteurs de documents : autorité publique, normalisation, contrat, fabricant et évaluation. Pour chacun, la carte associe la famille de document et la preuve utile.</w:t>
      </w:r>
    </w:p>
    <w:p>
      <w:r>
        <w:br w:type="page"/>
      </w:r>
    </w:p>
    <w:p>
      <w:pPr>
        <w:pStyle w:val="Heading1"/>
      </w:pPr>
      <w:r>
        <w:t>2 - Vérifier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Identité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titre, organisme, référence et partie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Version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édition, amendement, statut et consultation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Champ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ouvrage, produit, support, exposition, usage, phase et date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680000" cy="2808000"/>
            <wp:docPr id="3" name="Picture 3" descr="Diagramme circulaire des huit champs d'une empreinte documentaire : titre, organisme, référence, partie, édition, amendement, statut avec consultation et domaine pertinent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2__empreinte-documentaire-huit-champs__v0.1.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0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Diagramme circulaire des huit champs d'une empreinte documentaire : titre, organisme, référence, partie, édition, amendement, statut avec consultation et domaine pertinent.</w:t>
      </w:r>
    </w:p>
    <w:p>
      <w:r>
        <w:br w:type="page"/>
      </w:r>
    </w:p>
    <w:p>
      <w:pPr>
        <w:pStyle w:val="Heading1"/>
      </w:pPr>
      <w:r>
        <w:t>3 - Relier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Double lien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technique + véhicule juridique ou contractuel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Produit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 déclarée + exigence + usage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Preuve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acte, document autorisé et trace datée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680000" cy="2808000"/>
            <wp:docPr id="4" name="Picture 4" descr="Chaîne horizontale en six maillons : produit, performance, exigence, usage, mise en œuvre et contrôle. Chaque maillon exige une preuve distinc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3__chaine-produit-ouvra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0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Chaîne horizontale en six maillons : produit, performance, exigence, usage, mise en œuvre et contrôle. Chaque maillon exige une preuve distincte.</w:t>
      </w:r>
    </w:p>
    <w:p>
      <w:r>
        <w:br w:type="page"/>
      </w:r>
    </w:p>
    <w:p>
      <w:pPr>
        <w:pStyle w:val="Heading1"/>
      </w:pPr>
      <w:r>
        <w:t>4 - Conclure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 que la source localisée établit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Effet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 que les pièces démontrent dans Horizon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Recommandation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manque, action, responsable et condition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témoin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Les pièces disponibles ne permettent pas d'établir l'équivalence demandée ; obtenir l'édition contractuelle, la déclaration applicable et le domaine d'emploi avant décision.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5 - Transmettre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Nature du document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Objet examiné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exacte ou manque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Manque bloquant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Effet attendu de la vérification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680000" cy="2808000"/>
            <wp:docPr id="5" name="Picture 5" descr="Tableau des quatre conflits Horizon : référence sans édition, document remplacé, variante équivalente et évaluation ancienne, avec manque, question et sui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4__matrice-force-conflits__v0.1.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0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Tableau des quatre conflits Horizon : référence sans édition, document remplacé, variante équivalente et évaluation ancienne, avec manque, question et suite.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C-01  |  Référentiels et normes de construction en France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35F3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039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35F3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D6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39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C-01 - Aide-mémoire</dc:title>
  <dc:subject>Référentiels et normes de construction en France</dc:subject>
  <dc:creator>Institut de l'Expertise en Bâtiment</dc:creator>
  <cp:keywords>référentiels, normalisation, contrat, produit, preuve, Horizon</cp:keywords>
  <dc:description>Ressource C-01 - opération Horizon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