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J-02  |  CLINIQUE ASSURANCE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Orienter sans confondre garantie, assurance et preuve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La méthode DÉCLARE enchaîne date, événement, contrat, réception et pièces. Le bordereau impose de localiser, décrire, relayer et prouv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3__declare-bordereau-preuve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DÉCLARE enchaîne date, événement, contrat, réception et pièces. Le bordereau impose de localiser, décrire, relayer et prouver.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fait, la pièce, la règle envisagée, la question et le relais ; ne jamais transformer l'orientation pédagogique en avis juridique.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Séparer les couches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 légale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 régime candidat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RCD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l'assuré et l'activité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dommages-ouvrage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préfinancer dans son champ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extensions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lire la garantie facultative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Six cartes distinguent garantie légale, responsabilité civile décennale, dommages-ouvrage, extensions facultatives, preuve et relais. Le contrôle porte sur personne, ouvrage, opération, police, date et preu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1__quatre-couches-assurance-atlas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distinguent garantie légale, responsabilité civile décennale, dommages-ouvrage, extensions facultatives, preuve et relais. Le contrôle porte sur personne, ouvrage, opération, police, date et preuve.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Appliquer COUVRE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/ ouvrage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assuré, opération, destination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Usage / validité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activité, technique, période, territoire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/ éléments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dommage, exclusions, police et preuve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La méthode COUVRE relie contrat et ouvrage, usage et validité, risque et éléments. La ligne de vie sépare devis, attestation, police, chantier, réception et sinistr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2__couvre-attestation-polic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COUVRE relie contrat et ouvrage, usage et validité, risque et éléments. La ligne de vie sépare devis, attestation, police, chantier, réception et sinistre.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Constituer DÉCLARE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envoi et réception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Événement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localisation et effets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assuré et opération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date, périmètre et réserves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originaux et index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La méthode DÉCLARE enchaîne date, événement, contrat, réception et pièces. Le bordereau impose de localiser, décrire, relayer et prouve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3__declare-bordereau-preuves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DÉCLARE enchaîne date, événement, contrat, réception et pièces. Le bordereau impose de localiser, décrire, relayer et prouver.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Tenir les repères DO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60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position sur le principe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90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 si accord, sauf extension acceptée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15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règlement après acceptation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135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extension conditionnelle et acceptée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La frise dommages-ouvrage distingue réception, déclaration, position sous 60 jours, offre sous 90 jours et paiement sous 15 jours après acceptation, sous réserve des conditions et d'une éventuelle extension accepté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2-000004__dommages-ouvrage-60-90-15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frise dommages-ouvrage distingue réception, déclaration, position sous 60 jours, offre sous 90 jours et paiement sous 15 jours après acceptation, sous réserve des conditions et d'une éventuelle extension acceptée.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Séparer position et offre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inspecté et limites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Position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principe et réserves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travaux, quantités, conséquences et montant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appartient à l'assuré conseillé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Passer le relais F-P-Q-U-R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— observation, localisation, auteur, date et limites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 — originaux, contrats, réception, transmissions et versions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Questions — qualification, garantie, assurance, preuve et calendrier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 — conservation, sécurité, interruption éventuelle à faire vérifier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 — destinataire compétent, dossier et question actionnable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Atlas, balcon : une infiltration est observée après la réception R-02. Ses effets, l'ouvrage, la technique, les intervenants, les polices, la cause, la gravité et les preuves restent à instruire ; les mesures conservatoires, la déclaration et le calendrier doivent être transmis sans attendre.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J-02  |  Assurances construction et garanties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J-02  |  Assurances construction et garanties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J-02 - Aide-mémoire</dc:title>
  <dc:subject>Assurances construction et garanties</dc:subject>
  <dc:creator>Institut de l'Expertise en Bâtiment</dc:creator>
  <cp:keywords>assurance construction, garantie décennale, dommages-ouvrage, COUVRE, DÉCLARE, réception, preuve, Atlas</cp:keywords>
  <dc:description>Ressource J-02 - opération Atlas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