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J-04  |  EXPERTISE JUDICIAIRE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Conduire une mission judiciaire technique et traçable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8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DIRE–SUITE trace auteur et date, chef et pièce, demande, analyse, réponse, réserve et état. Le rapport miroir relie chef, opérations, pièces, constatations, analyse, observations, suite, avis et lim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4__dire-suite-rapport-miroir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DIRE–SUITE trace auteur et date, chef et pièce, demande, analyse, réponse, réserve et état. Le rapport miroir relie chef, opérations, pièces, constatations, analyse, observations, suite, avis et limite.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Accomplir une mission technique contradictoire, rendre compte au juge et expliciter les limites ; ne jamais convertir l'avis en décision juridique.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Nommer les cinq figures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inscrit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le droit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 hors liste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limitée à la mission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technicien privé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portée à borner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 de partie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devient pas expert du juge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autre technicien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joint au rapport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Cinq figures sont distinguées : expert inscrit, personne choisie hors liste, technicien privé, conseil de partie et autre technicien. AVANT contrôle aptitude, vigilance sur les liens, attributions, nécessités et temp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1__cinq-figures-avant-vigi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Cinq figures sont distinguées : expert inscrit, personne choisie hors liste, technicien privé, conseil de partie et autre technicien. AVANT contrôle aptitude, vigilance sur les liens, attributions, nécessités et temps.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Décider avec AVANT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Aptitude — aptitudes et relais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Vigilance liens — déclaration immédiate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Attributions — matrice MISSION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Nécessités — besoins chiffrés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Temps — calendrier réaliste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Lire MISSION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mandat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impartialité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spécialité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séquence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information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finale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MISSION relie mandat, impartialité, spécialité, séquence, information, opérations et note finale. La piste contradictoire trace événement, auteur, date ou version, destinataires, délai, observation et su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2__mission-piste-contradictoir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MISSION relie mandat, impartialité, spécialité, séquence, information, opérations et note finale. La piste contradictoire trace événement, auteur, date ou version, destinataires, délai, observation et suite.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Tenir la piste contradictoire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auteur, date, origine et version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destinataires, délai et réponse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Suite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analyse, réserve et état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Appliquer CONSTAT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contexte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niveau de certitude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source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temps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CONSTAT trace contexte, objet, niveau de certitude, source, technique, attribution et temps. La matrice causale relie fait ou écart, hypothèse, test, résultat et réser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3__constat-matrice-causale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CONSTAT trace contexte, objet, niveau de certitude, source, technique, attribution et temps. La matrice causale relie fait ou écart, hypothèse, test, résultat et réserve.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Tester la causalité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observable et localisé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mécanisme candidat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méthode et limite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Résultat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compatible ou non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confiance et alternatives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7 — Fermer DIRE–SUITE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Entrée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auteur, date, chef, pièce et demande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Traitement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analyse, réponse et réserve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Fermeture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suite donnée, version et état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DIRE–SUITE trace auteur et date, chef et pièce, demande, analyse, réponse, réserve et état. Le rapport miroir relie chef, opérations, pièces, constatations, analyse, observations, suite, avis et lim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4-000004__dire-suite-rapport-miroir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DIRE–SUITE trace auteur et date, chef et pièce, demande, analyse, réponse, réserve et état. Le rapport miroir relie chef, opérations, pièces, constatations, analyse, observations, suite, avis et limite.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8 — Rédiger le rapport miroir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cadre et mission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décision, parties, chefs, délai et 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opérations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convocations, présences, visites, essais et incidents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index, versions, origine, communication et limites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constatations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localisation, conditions, instruments et déclarations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écarts, hypothèses, tests, résultats et confiance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auteurs, demandes, réponses, réserves et suites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 bloc miroir par chef de mission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spécialisé, personnes assistantes et traçabilité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dépôt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rapport, demande de rémunération et observations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Vigie, façade nord : une fissure et une entrée d'eau sont signalées. Leur localisation, leur évolution, les conditions d'observation, les documents, les hypothèses, les essais, les limites et les observations des parties restent traçables ; l'avis technique ne prononce ni faute, ni obligation, ni décision.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J-04  |  L'expert judiciaire en bâtiment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J-04  |  L'expert judiciaire en bâtiment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J-04 - Aide-mémoire</dc:title>
  <dc:subject>L'expert judiciaire en bâtiment</dc:subject>
  <dc:creator>Institut de l'Expertise en Bâtiment</dc:creator>
  <cp:keywords>expert judiciaire, bâtiment, contradiction, mission, constat, causalité, dires, rapport, Vigie</cp:keywords>
  <dc:description>Ressource J-04 - opération Vigie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