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M-01  |  CLINIQUE DE LA MÉDIATION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AIDE-MÉMOIRE</w:t>
      </w:r>
    </w:p>
    <w:p>
      <w:r>
        <w:rPr>
          <w:rFonts w:ascii="Calibri" w:hAnsi="Calibri"/>
          <w:b/>
          <w:i w:val="0"/>
          <w:color w:val="315F78"/>
          <w:sz w:val="26"/>
        </w:rPr>
        <w:t>Préparer une médiation sans confondre les fonctions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fiches opérationnelles | usage numérique ou imprimé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La chaîne va de P-I-O-C aux voies technique, droit et décision, puis aux 5D, à ACCORD et à SUIVI. Chaque option reste non engagée avant son test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1-000004__pioc-5d-accord-suivi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chaîne va de P-I-O-C aux voies technique, droit et décision, puis aux 5D, à ACCORD et à SUIVI. Chaque option reste non engagée avant son test.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Séparer le processus, la technique, le droit et la décision ; ne jamais présenter une simulation pédagogique comme une médiation ou un accord réels.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1 — Cartographier les sept voies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négociation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échange direct — pas de tiers conducteur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conciliation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recherche amiable — tiers distinct du médiateur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processus structuré — n'impose pas la solution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audience amiable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règlement assisté — cadre judiciaire propre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expertise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éclairer un fait — ne tranche pas le droit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arbitrage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trancher — pouvoir issu de la convention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jugement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trancher — décision juridictionnelle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2" name="Picture 2" descr="Sept cartes distinguent négociation, conciliation, médiation, audience de règlement amiable, expertise, arbitrage et jugement. Le médiateur facilite sans expertiser ni tranche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1-000001__carte-voies-lisier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Sept cartes distinguent négociation, conciliation, médiation, audience de règlement amiable, expertise, arbitrage et jugement. Le médiateur facilite sans expertiser ni trancher.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2 — Passer CADRE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fuite active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feu orange — sécuriser et conserver avant de poursuivre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 absent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feu orange — obtenir le pouvoir utile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 indisponible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feu rouge — retirer l'objet du champ négociable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 discutés mais documentables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feu vert — indexer puis travailler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susceptible de disparaître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feu orange — examiner la conservation sans attendre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3" name="Picture 3" descr="CADRE relie contexte, acteurs, droits disponibles, risques et échéances. Le triangle des pouvoirs sépare participer, négocier et engage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1-000002__cadre-triangle-pouvoirs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CADRE relie contexte, acteurs, droits disponibles, risques et échéances. Le triangle des pouvoirs sépare participer, négocier et engager.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3 — Vérifier les pouvoirs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participer oui | négocier selon délégation | engager selon mandat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générale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participer oui | négocier marge à fixer | engager direction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façadier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participer oui | négocier sur technique | engager limité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étancheur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participer oui | négocier sur technique | engager limité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participer oui | négocier proposer | engager non financier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participer selon accord | négocier selon dossier | engager décision interne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occupant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participer oui | négocier sur contraintes | engager non contractuel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conseil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participer oui | négocier assister | engager selon mandat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4 — Organiser dossier et confidentialité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antérieur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son régime et sa source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commun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versionner et partager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séparé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négocier une information diffusable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externe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fixer destinataire, finalité et accord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4" name="Picture 4" descr="Le dossier commun sépare faits et pièces, hypothèses et contestations, puis questions réservées. Le sas classe l'information comme antérieure, commune, séparée ou extern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1-000003__dossier-sas-confidentialite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Le dossier commun sépare faits et pièces, hypothèses et contestations, puis questions réservées. Le sas classe l'information comme antérieure, commune, séparée ou externe.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5 — Construire et tester les options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P-I-O-C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positions, intérêts, options, critères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T-D-D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technique, droit, décision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5D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description, données, délais, dépendances, décideur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5" name="Picture 5" descr="La chaîne va de P-I-O-C aux voies technique, droit et décision, puis aux 5D, à ACCORD et à SUIVI. Chaque option reste non engagée avant son test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1-000004__pioc-5d-accord-suivi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chaîne va de P-I-O-C aux voies technique, droit et décision, puis aux 5D, à ACCORD et à SUIVI. Chaque option reste non engagée avant son test.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6 — Fermer par ACCORD–SUIVI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qualité, représentation, pouvoir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contenu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ouvrage, zone, action, exclusion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préalables, financement, autorisations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obligations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qui fait quoi et avec quelle preuve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repères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dates, jalons, contrôle, écart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plans, versions, annexes, diffusion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relais juridique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qualification et rédaction par personne habilitée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SUIVI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séquence, preuve, interlocuteur, vérification, issue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Phrase témoin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Lisière : des infiltrations, une teinte contestée, un retard et une urgence sont signalés. Les faits, causes, contrats, pouvoirs, coûts et effets juridiques restent à établir ; la médiation peut organiser les options sans remplacer l'expertise, le conseil ni la décision.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M-01  |  Introduction à la médiation en construction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M-01  |  Introduction à la médiation en construction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M-01 - Aide-mémoire</dc:title>
  <dc:subject>Introduction à la médiation en construction</dc:subject>
  <dc:creator>Institut de l'Expertise en Bâtiment</dc:creator>
  <cp:keywords>médiation construction, CADRE, pouvoirs, confidentialité, P-I-O-C, 5D, ACCORD, SUIVI, Lisière</cp:keywords>
  <dc:description>Ressource M-01 - opération Lisière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