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M-02  |  CLINIQUE DE L'ARBITRAGE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AIDE-MÉMOIRE</w:t>
      </w:r>
    </w:p>
    <w:p>
      <w:r>
        <w:rPr>
          <w:rFonts w:ascii="Calibri" w:hAnsi="Calibri"/>
          <w:b/>
          <w:i w:val="0"/>
          <w:color w:val="315F78"/>
          <w:sz w:val="26"/>
        </w:rPr>
        <w:t>Préparer un arbitrage sans confondre les fonctions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fiches opérationnelles | usage numérique ou imprimé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SORTIE-6 distingue sentence, notification, autorité, exequatur, recours et exécution ; BASCULE 2027 sépare règle actuelle et futur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2-000004__sortie-bascule-2027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SORTIE-6 distingue sentence, notification, autorité, exequatur, recours et exécution ; BASCULE 2027 sépare règle actuelle et future.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Le droit présenté est celui vérifié au 28 août 2026. La réforme future est isolée dans BASCULE 2027 et n'est pas appliquée par anticipation.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1 — Orienter avec DÉCIDE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juge étatique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selon sa compétence — urgence et exécution propres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arbitrage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faire trancher par un tribunal privé — consentement et convention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médiation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construire un accord — le tiers ne tranche pas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conciliation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rechercher un accord — cadre distinct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audience amiable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négocier avec un juge dédié — instance judiciaire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procédure participative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négocier ou préparer avec avocats — convention et durée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expertise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éclairer une question de fait — ne décide pas le droit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2" name="Picture 2" descr="DÉCIDE relie décision, éligibilité, consentements, intervenants, données et exécution avant le choix d'une voi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2-000001__decide-orientation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DÉCIDE relie décision, éligibilité, consentements, intervenants, données et exécution avant le choix d'une voie.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2 — Lire MAP-C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principal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 / groupement | conception-réalisation | arbitrage institutionnel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maîtrise d'œuvre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 / architecte | conception et suivi | conciliation préalable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sous-traité façade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groupement / façadier | fixation et étanchéité | juge étatique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fourniture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groupement / fournisseur | équipements | arbitrage résumé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maintenance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 / mainteneur | entretien | mécanisme à relire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3" name="Picture 3" descr="MAP-C relie l'opération Calepin à cinq contrats synthétiques dont les mécanismes de différend ne sont pas identiques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2-000002__mapc-reseau-calepin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MAP-C relie l'opération Calepin à cinq contrats synthétiques dont les mécanismes de différend ne sont pas identiques.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3 — Constituer et cadrer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arbitre unique juriste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procédure / droit — relation institutionnelle déclarée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arbitre ingénieur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façade / essais — mission passée à examiner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collège mixte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droit + technique + international — trois déclarations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institution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administration — ne tranche pas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de partie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 technique — n'est pas arbitre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expert du tribunal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éclairage confié — indépendance à organiser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4 — Construire la preuve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ouverture ciblée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trajet de l'eau — convocation, photo, prélèvement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arrosage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performance d'une zone — état initial, séquence, arrêt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relevé dimensionnel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écarts — instrument, maillage, brut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zone pilote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faisabilité de reprise — protocole, critère, contrôle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4" name="Picture 4" descr="La chaîne fait-question-preuve-décision précède la matrice prétention-fait-preuve-répons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2-000003__fait-preuve-pfpr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La chaîne fait-question-preuve-décision précède la matrice prétention-fait-preuve-réponse.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5 — Préparer SORTIE-6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texte et dispositif — tribunal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notification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mode, date, destinataire — conseil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autorité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contestation tranchée — conseil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exequatur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ordonnance et territoire — juridiction compétente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recours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voie, motif, notification — conseil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exécution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actifs, pays, mesures — stratégie d'exécution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5" name="Picture 5" descr="SORTIE-6 distingue sentence, notification, autorité, exequatur, recours et exécution ; BASCULE 2027 sépare règle actuelle et futur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m02-000004__sortie-bascule-2027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SORTIE-6 distingue sentence, notification, autorité, exequatur, recours et exécution ; BASCULE 2027 sépare règle actuelle et future.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6 — Dater BASCULE 2027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3096"/>
        <w:gridCol w:w="6264"/>
      </w:tblGrid>
      <w:tr>
        <w:trPr>
          <w:tblHeader w:val="true"/>
          <w:cantSplit w:val="true"/>
        </w:trPr>
        <w:tc>
          <w:tcPr>
            <w:tcW w:type="dxa" w:w="30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26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convention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de conclusion — règle liée à la convention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tribunal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de constitution — règle liée à la constitution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sentence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 de rendu — règle liée à la sentence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siège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France / autre — régime et juridiction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nature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interne / internationale — texte applicable</w:t>
            </w:r>
          </w:p>
        </w:tc>
      </w:tr>
      <w:tr>
        <w:trPr>
          <w:cantSplit w:val="true"/>
        </w:trPr>
        <w:tc>
          <w:tcPr>
            <w:tcW w:type="dxa" w:w="30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action</w:t>
            </w:r>
          </w:p>
        </w:tc>
        <w:tc>
          <w:tcPr>
            <w:tcW w:type="dxa" w:w="62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relecture datée — actuelle / future / transition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  <w:tblHeader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Phrase témoin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Calepin : plusieurs contrats, des désordres et une dépose urgente sont signalés. Consentement, compétence, preuve, responsabilité, recours et exécution restent à établir ; la réforme du 6 août 2026 n'est pas appliquée avant sa date.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M-02  |  Arbitrage et modes alternatifs de résolution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M-02  |  Arbitrage et modes alternatifs de résolution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M-02 - Aide-mémoire</dc:title>
  <dc:subject>Arbitrage et modes alternatifs de résolution</dc:subject>
  <dc:creator>Institut de l'Expertise en Bâtiment</dc:creator>
  <cp:keywords>arbitrage construction, DÉCIDE, MAP-C, P-F-P-R, SORTIE-6, BASCULE 2027, Calepin</cp:keywords>
  <dc:description>Ressource M-02 - opération Calepin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