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rPr>
          <w:rFonts w:ascii="Calibri" w:hAnsi="Calibri"/>
          <w:b/>
          <w:i w:val="0"/>
          <w:color w:val="C66B32"/>
          <w:sz w:val="18"/>
        </w:rPr>
        <w:t>N-01  |  PARCOURS NÉOEXPERT©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CAHIER D'ACTIVITÉS — BLOC B3</w:t>
      </w:r>
    </w:p>
    <w:p>
      <w:r>
        <w:rPr>
          <w:rFonts w:ascii="Calibri" w:hAnsi="Calibri"/>
          <w:b/>
          <w:i w:val="0"/>
          <w:color w:val="315F78"/>
          <w:sz w:val="26"/>
        </w:rPr>
        <w:t>Dossier Traverse : démontrer sans surinterpréter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Format — </w:t>
      </w:r>
      <w:r>
        <w:rPr>
          <w:rFonts w:ascii="Calibri" w:hAnsi="Calibri"/>
          <w:b w:val="0"/>
          <w:i w:val="0"/>
          <w:color w:val="252A2C"/>
          <w:sz w:val="21"/>
        </w:rPr>
        <w:t>8 productions | 8 contrôles de connaissances | réponses sur données fictives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Dossier pédagogique — </w:t>
      </w:r>
      <w:r>
        <w:rPr>
          <w:rFonts w:ascii="Calibri" w:hAnsi="Calibri"/>
          <w:b w:val="0"/>
          <w:i w:val="0"/>
          <w:color w:val="252A2C"/>
          <w:sz w:val="21"/>
        </w:rPr>
        <w:t>Traverse est entièrement fictif : aucun bâtiment, personne, adresse, entreprise, contrat ou fait réel.</w:t>
      </w:r>
    </w:p>
    <w:p>
      <w:r>
        <w:rPr>
          <w:rFonts w:ascii="Calibri" w:hAnsi="Calibri"/>
          <w:b w:val="0"/>
          <w:i/>
          <w:color w:val="252A2C"/>
          <w:sz w:val="22"/>
        </w:rPr>
        <w:t>Les documents guident l'activité obligatoire déjà comptée dans les 1 680 minutes du bloc B3 ; ils n'ajoutent aucune durée.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Règle — </w:t>
      </w:r>
      <w:r>
        <w:rPr>
          <w:rFonts w:ascii="Calibri" w:hAnsi="Calibri"/>
          <w:b w:val="0"/>
          <w:i w:val="0"/>
          <w:color w:val="252A2C"/>
          <w:sz w:val="21"/>
        </w:rPr>
        <w:t>Travaillez uniquement avec les pièces fictives fournies. N'ajoutez ni contenu de norme, identité, adresse, attestation, chantier, expertise ou fait réel.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Index des pièces B3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944"/>
        <w:gridCol w:w="2952"/>
        <w:gridCol w:w="2448"/>
        <w:gridCol w:w="2016"/>
      </w:tblGrid>
      <w:tr>
        <w:trPr>
          <w:tblHeader w:val="true"/>
          <w:cantSplit w:val="true"/>
        </w:trPr>
        <w:tc>
          <w:tcPr>
            <w:tcW w:type="dxa" w:w="194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ID</w:t>
            </w:r>
          </w:p>
        </w:tc>
        <w:tc>
          <w:tcPr>
            <w:tcW w:type="dxa" w:w="29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Pièce</w:t>
            </w:r>
          </w:p>
        </w:tc>
        <w:tc>
          <w:tcPr>
            <w:tcW w:type="dxa" w:w="244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Type</w:t>
            </w:r>
          </w:p>
        </w:tc>
        <w:tc>
          <w:tcPr>
            <w:tcW w:type="dxa" w:w="201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Unités B3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IEB-N01-TRV-P012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Carte de références sans contenu protégé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synthetic_reference_map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U23, U25, U27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IEB-N01-TRV-P013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Chronologie d'applicabilité fictive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synthetic_applicability_timeline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U24, U25, U28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IEB-N01-TRV-P014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de conception fictive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synthetic_attestation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U24, U25, U27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IEB-N01-TRV-P015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 d'achèvement fictive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synthetic_attestation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U25, U27, U28, U30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IEB-N01-TRV-P016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Registre de conformité fictif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synthetic_compliance_register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U25, U27, U30</w:t>
            </w:r>
          </w:p>
        </w:tc>
      </w:tr>
      <w:tr>
        <w:trPr>
          <w:cantSplit w:val="true"/>
        </w:trPr>
        <w:tc>
          <w:tcPr>
            <w:tcW w:type="dxa" w:w="194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IEB-N01-TRV-P017</w:t>
            </w:r>
          </w:p>
        </w:tc>
        <w:tc>
          <w:tcPr>
            <w:tcW w:type="dxa" w:w="29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Nouvelle pièce contradictoire fictive</w:t>
            </w:r>
          </w:p>
        </w:tc>
        <w:tc>
          <w:tcPr>
            <w:tcW w:type="dxa" w:w="244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synthetic_contradictory_evidence</w:t>
            </w:r>
          </w:p>
        </w:tc>
        <w:tc>
          <w:tcPr>
            <w:tcW w:type="dxa" w:w="201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U28, U30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IEB-N01-U23 — Naviguer dans la hiérarchie des textes et référentiels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Qualifier les trois références de TRV-P012 sans reproduire le contenu de la norme fictive.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la famille de source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retrouver l'autorité et la publication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dater la version consultée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champ matériel et destinataires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l'affirmation utile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consigner limites, droits et besoin de validation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affirmation qualifie correctement une norme homologuée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est toujours obligatoire dès sa publication.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est en principe volontaire, sauf mécanisme qui la rend obligatoire dans un champ déterminé.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 numéro suffit à prouver son applicabilité.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Elle remplace automatiquement les textes réglementaires.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fiche type-version-date-champ-localisation-limites. Les critères contrôlés sont : N01-CRIT-SOURCE, N01-CRIT-SCOPE, N01-CRIT-TRACE.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Fiches de références en texte structuré, navigation au clavier et ordre linéaire.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Citer un numéro de norme ou un sommaire ne prouve ni son contenu, ni son applicabilité, ni son caractère obligatoire.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IEB-N01-U24 — Déterminer le contexte temporel et matériel applicable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Compléter TRV-P013 avec une stratégie de recherche pour chaque jalon et trois questions transitoires.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dater autorisation, travaux, modification et achèvement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le fait générateur de la recherche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retrouver la version du texte à chaque jalon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champ matériel et personnes visées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rechercher dispositions transitoires et exceptions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documenter les points nécessitant une revue juridique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démarche évite un audit anachronique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Appliquer uniquement la version actuelle du texte.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Retenir la date du rapport comme seul jalon.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chaque fait à la version du texte, à son champ et aux dispositions transitoires éventuelles.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Écarter les exceptions pour simplifier l'analyse.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chronologie d'applicabilité et questions de recherche. Les critères contrôlés sont : N01-CRIT-TRACE, N01-CRIT-SOURCE, N01-CRIT-REASON.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Chronologie en tableau textuel accessible.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chronologie imprécise produit un audit anachronique même si le texte cité existe réellement.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IEB-N01-U25 — Construire une preuve de conformité sans surinterpréter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Auditer TRV-P012 à TRV-P016 et justifier chaque statut sans inventer de contenu normatif.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formuler l'exigence sans la déformer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enregistrer source, version et localisation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la preuve attendue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la preuve disponible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classer démontré, partiel, non démontré, hors champ ou à confirmer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borner la conclusion et le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signifie l'absence d'une preuve attendue dans le dossier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non-conformité est automatiquement démontrée.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conformité est présumée.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point peut être classé non démontré ou à confirmer, sans confondre absence de preuve et preuve d'un écart.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L'exigence devient hors champ.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matrice exigence-source-preuve-écart-portée. Les critères contrôlés sont : N01-CRIT-SOURCE, N01-CRIT-TRACE,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Matrice en tableau accessible avec descriptions textuelles des pièces.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Une attestation ciblée ne démontre pas la conformité globale d'une opération.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IEB-N01-U26 — Performance énergétique et environnementale : situer les attestations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Comparer TRV-P014 et TRV-P015 et construire une carte étape-acteur-document-contrôle-limite.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conception ou achèvement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déterminer l'opération entrant dans le champ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recenser acteur et document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calculs, justificatifs et visite lorsqu'ils sont requis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versions et cohérence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éviter toute extension à d'autres conformités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 prouve à elle seule une attestation d'achèvement présente dans le dossier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conformité globale du bâtiment.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Uniquement ce que son champ, son auteur, ses données d'entrée et ses contrôles permettent d'établir.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L'absence de tout écart d'exécution.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La conformité de toutes les autres disciplines.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carte étape-acteur-document-contrôle-limite. Les critères contrôlés sont : N01-CRIT-SOURCE, N01-CRIT-TRACE, N01-CRIT-SCOPE.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Carte fournie aussi sous forme de liste linéaire structurée.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La présence d'un document ne prouve ni l'exactitude de ses données ni toutes les règles du bâtiment.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IEB-N01-U27 — Laboratoire d'audit documentaire de conformité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Compléter TRV-P016 avec au moins six lignes et relier chaque conclusion à une pièce et un localisateur public.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le périmètre d'audit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les références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inventorier les preuves attendues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examiner les pièces disponibles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attribuer un statut et une limite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les demandes, contrôles et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est la limite essentielle d'un audit documentaire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Il remplace toute visite ou tout calcul.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Il classe les preuves disponibles mais ne remplace pas un contrôle physique ou un calcul lorsqu'ils sont nécessaires.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Il autorise à combler les pièces manquantes par des hypothèses.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Il transforme chaque absence en non-conformité.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registre des exigences, preuves, statuts, limites et relais. Les critères contrôlés sont : N01-CRIT-SOURCE, N01-CRIT-TRACE, N01-CRIT-REASON.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Dossier synthétique en documents balisés et registre accessible.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Le statut conforme est interdit si le champ ou la version de l'exigence n'est pas établi.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IEB-N01-U28 — Laboratoire d'écarts et de preuve contradictoire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Intégrer TRV-P017 et produire un journal de changements ligne par ligne.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figer la version initiale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identifier la nouvelle information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localiser les lignes affectées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réexaminer source, preuve et portée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journaliser maintien, modification ou retrait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mettre à jour les actions et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Comment intégrer loyalement une nouvelle pièce contradictoire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Remplacer silencieusement la conclusion initiale.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Écarter la pièce si elle complique l'analyse.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Figer la version initiale, localiser les lignes affectées et journaliser maintien, modification ou retrait.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Modifier uniquement le résumé final.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audit révisé avec journal des changements. Les critères contrôlés sont : N01-CRIT-REASON, N01-CRIT-TRACE, N01-CRIT-REFLECT.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Contradictions fournies en texte et temps de révision identique.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Modifier une conclusion sans conserver le motif empêche de comprendre le raisonnement et le contradictoire.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IEB-N01-U29 — Contrôler sur chantier sans dépasser sa mission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Exécuter la simulation TRV-P012, TRV-P016 et TRV-P019 ; décider l'arrêt lorsque la zone devient inaccessible.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définir le lot et la mission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qualifier référence et version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choisir un échantillon justifié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préparer accès et sécurité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collecter les preuves sans modifier le brut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classer écarts, portée et relais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Quelle conclusion est permise après un contrôle portant sur un échantillon limité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L'ensemble du lot est conforme.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L'ensemble du lot est non conforme.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Les constats valent pour l'échantillon contrôlé ; toute généralisation exige une justification complémentaire.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Le contrôle documentaire devient inutile.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plan de contrôle, relevé, écarts et limites d'échantillonnage. Les critères contrôlés sont : N01-CRIT-SCOPE, N01-CRIT-TRACE, N01-CRIT-ACTION.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Visite virtuelle avec points de contrôle, aléas et preuves à sélectionner.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Un échantillon limité ne permet pas de conclure à l'ensemble sans justification.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IEB-N01-U30 — Production de bloc B3 — audit de conformité sourcé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Production attendue — </w:t>
      </w:r>
      <w:r>
        <w:rPr>
          <w:rFonts w:ascii="Calibri" w:hAnsi="Calibri"/>
          <w:b w:val="0"/>
          <w:i w:val="0"/>
          <w:color w:val="252A2C"/>
          <w:sz w:val="21"/>
        </w:rPr>
        <w:t>Présenter l'audit Traverse B3, traiter les objections puis remettre une version sourcée et révisée.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Étape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 à effectuer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contrôler le périmètre et les dates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vérifier chaque source et localisation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relier preuve attendue et disponible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4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intégrer le journal de révision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présenter écarts et limites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6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soutenir puis corriger selon la rubrique B3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Contrôle de connaissances</w:t>
      </w:r>
    </w:p>
    <w:p>
      <w:r>
        <w:rPr>
          <w:rFonts w:ascii="Calibri" w:hAnsi="Calibri"/>
          <w:b w:val="0"/>
          <w:i w:val="0"/>
          <w:color w:val="252A2C"/>
          <w:sz w:val="22"/>
        </w:rPr>
        <w:t>Quand le mot « conformité » peut-il être employé dans la production B3 ?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008"/>
        <w:gridCol w:w="8352"/>
      </w:tblGrid>
      <w:tr>
        <w:trPr>
          <w:tblHeader w:val="true"/>
          <w:cantSplit w:val="true"/>
        </w:trPr>
        <w:tc>
          <w:tcPr>
            <w:tcW w:type="dxa" w:w="100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Option</w:t>
            </w:r>
          </w:p>
        </w:tc>
        <w:tc>
          <w:tcPr>
            <w:tcW w:type="dxa" w:w="83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Proposition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Lorsqu'un document porte le mot attestation.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B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Lorsque l'objet, le champ, la date, les références et les preuves examinées sont explicitement bornés.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Lorsque l'apprenant est convaincu.</w:t>
            </w:r>
          </w:p>
        </w:tc>
      </w:tr>
      <w:tr>
        <w:trPr>
          <w:cantSplit w:val="true"/>
        </w:trPr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</w:t>
            </w:r>
          </w:p>
        </w:tc>
        <w:tc>
          <w:tcPr>
            <w:tcW w:type="dxa" w:w="83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Lorsqu'aucune objection n'est formulée.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Réponse choisie et justification fondée sur les pièces ou les sources :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Production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tblHeader w:val="true"/>
          <w:cantSplit w:val="true"/>
        </w:trPr>
        <w:tc>
          <w:tcPr>
            <w:tcW w:type="dxa" w:w="9360"/>
            <w:vAlign w:val="center"/>
            <w:shd w:fill="FAFAF8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80"/>
            </w:pPr>
            <w:r>
              <w:rPr>
                <w:rFonts w:ascii="Calibri" w:hAnsi="Calibri"/>
                <w:b/>
                <w:i w:val="0"/>
                <w:color w:val="24493D"/>
                <w:sz w:val="19"/>
              </w:rPr>
              <w:t>Construisez audit de conformité sourcé avec écarts, limites et relais. Les critères contrôlés sont : N01-CRIT-BLOCK, N01-CRIT-SOURCE, N01-CRIT-COMM.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  <w:p>
            <w:pPr>
              <w:spacing w:after="100"/>
            </w:pPr>
            <w:r>
              <w:t xml:space="preserve"> 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Soutenance, audio ou contradiction écrite avec même rubrique et même charge utile.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Auto-contrôle — </w:t>
      </w:r>
      <w:r>
        <w:rPr>
          <w:rFonts w:ascii="Calibri" w:hAnsi="Calibri"/>
          <w:b w:val="0"/>
          <w:i w:val="0"/>
          <w:color w:val="252A2C"/>
          <w:sz w:val="21"/>
        </w:rPr>
        <w:t>Le mot conformité doit toujours préciser l'objet, le champ, la date et les preuves examinées.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N-01 - Cahier d'activités - bloc B3</dc:title>
  <dc:subject>Devenir expert en bâtiment — parcours NéoExpert©</dc:subject>
  <dc:creator>Institut de l'Expertise en Bâtiment</dc:creator>
  <cp:keywords>NéoExpert, conformité, sources, preuves, Dossier Traverse</cp:keywords>
  <dc:description>Bloc B3 - Dossier Traverse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